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B196E" w14:textId="4862C2A8" w:rsidR="00873E08" w:rsidRPr="00CD5506" w:rsidRDefault="00CD5506" w:rsidP="00A158D4">
      <w:pPr>
        <w:pStyle w:val="Ttulo"/>
        <w:jc w:val="center"/>
        <w:rPr>
          <w:rFonts w:ascii="Times New Roman" w:hAnsi="Times New Roman" w:cs="Times New Roman"/>
          <w:sz w:val="28"/>
          <w:szCs w:val="28"/>
          <w:lang w:val="es-ES"/>
        </w:rPr>
      </w:pPr>
      <w:r w:rsidRPr="00CD5506">
        <w:rPr>
          <w:rFonts w:ascii="Times New Roman" w:hAnsi="Times New Roman" w:cs="Times New Roman"/>
          <w:sz w:val="28"/>
          <w:szCs w:val="28"/>
          <w:lang w:val="es-ES"/>
        </w:rPr>
        <w:t>SOLICITUD DE CANDIDATURA A LA PRESIDENCIA Y JUNTA DIRECTIVA</w:t>
      </w:r>
    </w:p>
    <w:p w14:paraId="48FB54D9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b/>
          <w:sz w:val="22"/>
          <w:lang w:val="es-ES"/>
        </w:rPr>
        <w:t>A LA JUNTA ELECTORAL FEDERATIVA DE LA FBECV</w:t>
      </w:r>
    </w:p>
    <w:p w14:paraId="6CF2D209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Plazo de presentación: del 14 al 19 de octubre de 2026, ambos inclusive, según el calendario electoral aprobado.</w:t>
      </w:r>
    </w:p>
    <w:p w14:paraId="3A708EDE" w14:textId="77777777" w:rsidR="00873E08" w:rsidRPr="00CD5506" w:rsidRDefault="00000000" w:rsidP="00A158D4">
      <w:pPr>
        <w:pStyle w:val="Ttulo1"/>
        <w:jc w:val="both"/>
        <w:rPr>
          <w:rFonts w:ascii="Times New Roman" w:hAnsi="Times New Roman" w:cs="Times New Roman"/>
          <w:szCs w:val="22"/>
          <w:lang w:val="es-ES"/>
        </w:rPr>
      </w:pPr>
      <w:r w:rsidRPr="00CD5506">
        <w:rPr>
          <w:rFonts w:ascii="Times New Roman" w:hAnsi="Times New Roman" w:cs="Times New Roman"/>
          <w:szCs w:val="22"/>
          <w:lang w:val="es-ES"/>
        </w:rPr>
        <w:t>Datos de la persona candidata a la Presidencia</w:t>
      </w:r>
    </w:p>
    <w:p w14:paraId="0B25AE32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Nombre y apellidos: __________________________________________________</w:t>
      </w:r>
    </w:p>
    <w:p w14:paraId="3F987BF2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DNI / NIE: _________________</w:t>
      </w:r>
      <w:proofErr w:type="gramStart"/>
      <w:r w:rsidRPr="00CD5506">
        <w:rPr>
          <w:rFonts w:ascii="Times New Roman" w:hAnsi="Times New Roman" w:cs="Times New Roman"/>
          <w:sz w:val="22"/>
          <w:lang w:val="es-ES"/>
        </w:rPr>
        <w:t>_  Teléfono</w:t>
      </w:r>
      <w:proofErr w:type="gramEnd"/>
      <w:r w:rsidRPr="00CD5506">
        <w:rPr>
          <w:rFonts w:ascii="Times New Roman" w:hAnsi="Times New Roman" w:cs="Times New Roman"/>
          <w:sz w:val="22"/>
          <w:lang w:val="es-ES"/>
        </w:rPr>
        <w:t>: _______________________________</w:t>
      </w:r>
    </w:p>
    <w:p w14:paraId="57D7CD34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Correo electrónico de contacto: _________________________________________</w:t>
      </w:r>
    </w:p>
    <w:p w14:paraId="0CE81903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Estamento y circunscripción: ____________________________________________</w:t>
      </w:r>
    </w:p>
    <w:p w14:paraId="3F1448C1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Entidad representada en la Asamblea, si procede: __________________________</w:t>
      </w:r>
    </w:p>
    <w:p w14:paraId="0837E497" w14:textId="77777777" w:rsidR="00873E08" w:rsidRPr="00CD5506" w:rsidRDefault="00000000" w:rsidP="00A158D4">
      <w:pPr>
        <w:pStyle w:val="Ttulo1"/>
        <w:jc w:val="both"/>
        <w:rPr>
          <w:rFonts w:ascii="Times New Roman" w:hAnsi="Times New Roman" w:cs="Times New Roman"/>
          <w:szCs w:val="22"/>
          <w:lang w:val="es-ES"/>
        </w:rPr>
      </w:pPr>
      <w:r w:rsidRPr="00CD5506">
        <w:rPr>
          <w:rFonts w:ascii="Times New Roman" w:hAnsi="Times New Roman" w:cs="Times New Roman"/>
          <w:szCs w:val="22"/>
          <w:lang w:val="es-ES"/>
        </w:rPr>
        <w:t>Presentación de la candidatura</w:t>
      </w:r>
    </w:p>
    <w:p w14:paraId="63492B7A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Declaro que soy integrante de pleno derecho de la Asamblea General de la FBECV proclamada definitivamente y presento mi candidatura a la Presidencia, mediante la lista cerrada de Presidencia y Junta Directiva que acompaño, firmada por todas las personas que la integran.</w:t>
      </w:r>
    </w:p>
    <w:p w14:paraId="0915D11F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 xml:space="preserve">Solicito a la Junta Electoral Federativa que admita la documentación y, previa comprobación de los </w:t>
      </w:r>
      <w:proofErr w:type="gramStart"/>
      <w:r w:rsidRPr="00CD5506">
        <w:rPr>
          <w:rFonts w:ascii="Times New Roman" w:hAnsi="Times New Roman" w:cs="Times New Roman"/>
          <w:sz w:val="22"/>
          <w:lang w:val="es-ES"/>
        </w:rPr>
        <w:t>requisitos,</w:t>
      </w:r>
      <w:proofErr w:type="gramEnd"/>
      <w:r w:rsidRPr="00CD5506">
        <w:rPr>
          <w:rFonts w:ascii="Times New Roman" w:hAnsi="Times New Roman" w:cs="Times New Roman"/>
          <w:sz w:val="22"/>
          <w:lang w:val="es-ES"/>
        </w:rPr>
        <w:t xml:space="preserve"> acuerde la proclamación de esta candidatura conforme al Reglamento Electoral.</w:t>
      </w:r>
    </w:p>
    <w:p w14:paraId="25045806" w14:textId="77777777" w:rsidR="00873E08" w:rsidRPr="00CD5506" w:rsidRDefault="00000000" w:rsidP="00A158D4">
      <w:pPr>
        <w:pStyle w:val="Ttulo1"/>
        <w:jc w:val="both"/>
        <w:rPr>
          <w:rFonts w:ascii="Times New Roman" w:hAnsi="Times New Roman" w:cs="Times New Roman"/>
          <w:szCs w:val="22"/>
          <w:lang w:val="es-ES"/>
        </w:rPr>
      </w:pPr>
      <w:r w:rsidRPr="00CD5506">
        <w:rPr>
          <w:rFonts w:ascii="Times New Roman" w:hAnsi="Times New Roman" w:cs="Times New Roman"/>
          <w:szCs w:val="22"/>
          <w:lang w:val="es-ES"/>
        </w:rPr>
        <w:t>Documentación que se acompaña</w:t>
      </w:r>
    </w:p>
    <w:p w14:paraId="32B195C7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Segoe UI Symbol" w:hAnsi="Segoe UI Symbol" w:cs="Segoe UI Symbol"/>
          <w:sz w:val="22"/>
          <w:lang w:val="es-ES"/>
        </w:rPr>
        <w:t>☐</w:t>
      </w:r>
      <w:r w:rsidRPr="00CD5506">
        <w:rPr>
          <w:rFonts w:ascii="Times New Roman" w:hAnsi="Times New Roman" w:cs="Times New Roman"/>
          <w:sz w:val="22"/>
          <w:lang w:val="es-ES"/>
        </w:rPr>
        <w:t xml:space="preserve"> Modelo 2. Relación completa de integrantes y aceptación firmada.</w:t>
      </w:r>
    </w:p>
    <w:p w14:paraId="61CBC497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Segoe UI Symbol" w:hAnsi="Segoe UI Symbol" w:cs="Segoe UI Symbol"/>
          <w:sz w:val="22"/>
          <w:lang w:val="es-ES"/>
        </w:rPr>
        <w:t>☐</w:t>
      </w:r>
      <w:r w:rsidRPr="00CD5506">
        <w:rPr>
          <w:rFonts w:ascii="Times New Roman" w:hAnsi="Times New Roman" w:cs="Times New Roman"/>
          <w:sz w:val="22"/>
          <w:lang w:val="es-ES"/>
        </w:rPr>
        <w:t xml:space="preserve"> Modelo 3. Declaración responsable de cada integrante, incluida la Presidencia.</w:t>
      </w:r>
    </w:p>
    <w:p w14:paraId="6141B1C4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Segoe UI Symbol" w:hAnsi="Segoe UI Symbol" w:cs="Segoe UI Symbol"/>
          <w:sz w:val="22"/>
          <w:lang w:val="es-ES"/>
        </w:rPr>
        <w:t>☐</w:t>
      </w:r>
      <w:r w:rsidRPr="00CD5506">
        <w:rPr>
          <w:rFonts w:ascii="Times New Roman" w:hAnsi="Times New Roman" w:cs="Times New Roman"/>
          <w:sz w:val="22"/>
          <w:lang w:val="es-ES"/>
        </w:rPr>
        <w:t xml:space="preserve"> Modelo 4. Avales individuales firmados. Número total aportado: __________</w:t>
      </w:r>
    </w:p>
    <w:p w14:paraId="304D8F09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Segoe UI Symbol" w:hAnsi="Segoe UI Symbol" w:cs="Segoe UI Symbol"/>
          <w:sz w:val="22"/>
          <w:lang w:val="es-ES"/>
        </w:rPr>
        <w:t>☐</w:t>
      </w:r>
      <w:r w:rsidRPr="00CD5506">
        <w:rPr>
          <w:rFonts w:ascii="Times New Roman" w:hAnsi="Times New Roman" w:cs="Times New Roman"/>
          <w:sz w:val="22"/>
          <w:lang w:val="es-ES"/>
        </w:rPr>
        <w:t xml:space="preserve"> Acreditación del cese previo en la Comisión Gestora o como observador/a, si procede.</w:t>
      </w:r>
    </w:p>
    <w:p w14:paraId="2A751627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Segoe UI Symbol" w:hAnsi="Segoe UI Symbol" w:cs="Segoe UI Symbol"/>
          <w:sz w:val="22"/>
          <w:lang w:val="es-ES"/>
        </w:rPr>
        <w:t>☐</w:t>
      </w:r>
      <w:r w:rsidRPr="00CD5506">
        <w:rPr>
          <w:rFonts w:ascii="Times New Roman" w:hAnsi="Times New Roman" w:cs="Times New Roman"/>
          <w:sz w:val="22"/>
          <w:lang w:val="es-ES"/>
        </w:rPr>
        <w:t xml:space="preserve"> Otra documentación: _________________________________________________</w:t>
      </w:r>
    </w:p>
    <w:p w14:paraId="68DF8D63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 xml:space="preserve">En __________________________, a ____ </w:t>
      </w:r>
      <w:proofErr w:type="spellStart"/>
      <w:r w:rsidRPr="00CD5506">
        <w:rPr>
          <w:rFonts w:ascii="Times New Roman" w:hAnsi="Times New Roman" w:cs="Times New Roman"/>
          <w:sz w:val="22"/>
          <w:lang w:val="es-ES"/>
        </w:rPr>
        <w:t>de</w:t>
      </w:r>
      <w:proofErr w:type="spellEnd"/>
      <w:r w:rsidRPr="00CD5506">
        <w:rPr>
          <w:rFonts w:ascii="Times New Roman" w:hAnsi="Times New Roman" w:cs="Times New Roman"/>
          <w:sz w:val="22"/>
          <w:lang w:val="es-ES"/>
        </w:rPr>
        <w:t xml:space="preserve"> ________________ </w:t>
      </w:r>
      <w:proofErr w:type="spellStart"/>
      <w:r w:rsidRPr="00CD5506">
        <w:rPr>
          <w:rFonts w:ascii="Times New Roman" w:hAnsi="Times New Roman" w:cs="Times New Roman"/>
          <w:sz w:val="22"/>
          <w:lang w:val="es-ES"/>
        </w:rPr>
        <w:t>de</w:t>
      </w:r>
      <w:proofErr w:type="spellEnd"/>
      <w:r w:rsidRPr="00CD5506">
        <w:rPr>
          <w:rFonts w:ascii="Times New Roman" w:hAnsi="Times New Roman" w:cs="Times New Roman"/>
          <w:sz w:val="22"/>
          <w:lang w:val="es-ES"/>
        </w:rPr>
        <w:t xml:space="preserve"> 2026.</w:t>
      </w:r>
    </w:p>
    <w:p w14:paraId="63400A25" w14:textId="77777777" w:rsidR="00873E08" w:rsidRPr="00CD5506" w:rsidRDefault="00000000" w:rsidP="00A158D4">
      <w:pPr>
        <w:spacing w:after="360"/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Firma de la persona candidata a la Presidencia</w:t>
      </w:r>
    </w:p>
    <w:p w14:paraId="2AD21EF6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Fdo.: __________________________________________________________</w:t>
      </w:r>
    </w:p>
    <w:p w14:paraId="59FA7DF6" w14:textId="77777777" w:rsidR="00873E08" w:rsidRPr="00CD5506" w:rsidRDefault="00000000" w:rsidP="00A158D4">
      <w:pPr>
        <w:jc w:val="both"/>
        <w:rPr>
          <w:rFonts w:ascii="Times New Roman" w:hAnsi="Times New Roman" w:cs="Times New Roman"/>
          <w:sz w:val="22"/>
          <w:lang w:val="es-ES"/>
        </w:rPr>
      </w:pPr>
      <w:r w:rsidRPr="00CD5506">
        <w:rPr>
          <w:rFonts w:ascii="Times New Roman" w:hAnsi="Times New Roman" w:cs="Times New Roman"/>
          <w:sz w:val="22"/>
          <w:lang w:val="es-ES"/>
        </w:rPr>
        <w:t>Base normativa: artículos 9.4, 31 y 32 del Reglamento Electoral de la FBECV; artículo 33 de la Orden 1/2026, de 9 de enero. Presentar por los medios y en los lugares habilitados en el Reglamento Electoral y su Anexo IV. La admisión corresponde a la JEF.</w:t>
      </w:r>
    </w:p>
    <w:sectPr w:rsidR="00873E08" w:rsidRPr="00CD5506" w:rsidSect="001E728B">
      <w:headerReference w:type="default" r:id="rId8"/>
      <w:footerReference w:type="default" r:id="rId9"/>
      <w:pgSz w:w="12240" w:h="15840"/>
      <w:pgMar w:top="1560" w:right="1080" w:bottom="864" w:left="1080" w:header="567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DFA55" w14:textId="77777777" w:rsidR="00537AC6" w:rsidRDefault="00537AC6">
      <w:pPr>
        <w:spacing w:after="0" w:line="240" w:lineRule="auto"/>
      </w:pPr>
      <w:r>
        <w:separator/>
      </w:r>
    </w:p>
  </w:endnote>
  <w:endnote w:type="continuationSeparator" w:id="0">
    <w:p w14:paraId="2764B235" w14:textId="77777777" w:rsidR="00537AC6" w:rsidRDefault="00537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65E2" w14:textId="39D126DA" w:rsidR="00873E08" w:rsidRPr="00354AFA" w:rsidRDefault="00000000">
    <w:pPr>
      <w:pStyle w:val="Piedepgina"/>
      <w:rPr>
        <w:lang w:val="es-ES"/>
      </w:rPr>
    </w:pPr>
    <w:r w:rsidRPr="00354AFA">
      <w:rPr>
        <w:sz w:val="16"/>
        <w:lang w:val="es-ES"/>
      </w:rPr>
      <w:t xml:space="preserve">Modelo </w:t>
    </w:r>
    <w:r w:rsidR="0016161C" w:rsidRPr="00354AFA">
      <w:rPr>
        <w:sz w:val="16"/>
        <w:lang w:val="es-ES"/>
      </w:rPr>
      <w:t>1 · Presidencia</w:t>
    </w:r>
    <w:r w:rsidRPr="00354AFA">
      <w:rPr>
        <w:sz w:val="16"/>
        <w:lang w:val="es-ES"/>
      </w:rPr>
      <w:t xml:space="preserve"> y Junta </w:t>
    </w:r>
    <w:r w:rsidR="0016161C" w:rsidRPr="00354AFA">
      <w:rPr>
        <w:sz w:val="16"/>
        <w:lang w:val="es-ES"/>
      </w:rPr>
      <w:t>Directiva · Página</w:t>
    </w:r>
    <w:r w:rsidRPr="00354AFA">
      <w:rPr>
        <w:sz w:val="16"/>
        <w:lang w:val="es-ES"/>
      </w:rPr>
      <w:t xml:space="preserve"> </w:t>
    </w:r>
    <w:r w:rsidRPr="00354AFA">
      <w:rPr>
        <w:lang w:val="es-ES"/>
      </w:rPr>
      <w:fldChar w:fldCharType="begin"/>
    </w:r>
    <w:r w:rsidRPr="00354AFA">
      <w:rPr>
        <w:lang w:val="es-ES"/>
      </w:rPr>
      <w:instrText>PAGE</w:instrText>
    </w:r>
    <w:r w:rsidRPr="00354AFA">
      <w:rPr>
        <w:lang w:val="es-ES"/>
      </w:rPr>
      <w:fldChar w:fldCharType="separate"/>
    </w:r>
    <w:r w:rsidR="00C02A77" w:rsidRPr="00354AFA">
      <w:rPr>
        <w:noProof/>
        <w:lang w:val="es-ES"/>
      </w:rPr>
      <w:t>1</w:t>
    </w:r>
    <w:r w:rsidRPr="00354AFA">
      <w:rPr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85DD" w14:textId="77777777" w:rsidR="00537AC6" w:rsidRDefault="00537AC6">
      <w:pPr>
        <w:spacing w:after="0" w:line="240" w:lineRule="auto"/>
      </w:pPr>
      <w:r>
        <w:separator/>
      </w:r>
    </w:p>
  </w:footnote>
  <w:footnote w:type="continuationSeparator" w:id="0">
    <w:p w14:paraId="3DB8EE91" w14:textId="77777777" w:rsidR="00537AC6" w:rsidRDefault="00537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94" w:type="dxa"/>
      <w:jc w:val="center"/>
      <w:tblLook w:val="04A0" w:firstRow="1" w:lastRow="0" w:firstColumn="1" w:lastColumn="0" w:noHBand="0" w:noVBand="1"/>
    </w:tblPr>
    <w:tblGrid>
      <w:gridCol w:w="5297"/>
      <w:gridCol w:w="5297"/>
    </w:tblGrid>
    <w:tr w:rsidR="001E728B" w14:paraId="1963BC8F" w14:textId="77777777" w:rsidTr="00C57A5D">
      <w:trPr>
        <w:trHeight w:val="577"/>
        <w:jc w:val="center"/>
      </w:trPr>
      <w:tc>
        <w:tcPr>
          <w:tcW w:w="5297" w:type="dxa"/>
          <w:tcMar>
            <w:top w:w="0" w:type="dxa"/>
            <w:left w:w="0" w:type="dxa"/>
            <w:bottom w:w="0" w:type="dxa"/>
            <w:right w:w="0" w:type="dxa"/>
          </w:tcMar>
        </w:tcPr>
        <w:p w14:paraId="58DBABE9" w14:textId="77777777" w:rsidR="001E728B" w:rsidRPr="00E42BFC" w:rsidRDefault="001E728B" w:rsidP="001E728B">
          <w:pPr>
            <w:rPr>
              <w:lang w:val="es-ES"/>
            </w:rPr>
          </w:pPr>
          <w:r w:rsidRPr="00E42BFC">
            <w:rPr>
              <w:sz w:val="16"/>
              <w:lang w:val="es-ES"/>
            </w:rPr>
            <w:t>FEDERACIÓ DE BALL ESPORTIU DE LA COMUNITAT VALENCIANA</w:t>
          </w:r>
          <w:r w:rsidRPr="00E42BFC">
            <w:rPr>
              <w:sz w:val="16"/>
              <w:lang w:val="es-ES"/>
            </w:rPr>
            <w:br/>
            <w:t>Junta Electoral Federativa</w:t>
          </w:r>
        </w:p>
      </w:tc>
      <w:tc>
        <w:tcPr>
          <w:tcW w:w="5297" w:type="dxa"/>
          <w:tcMar>
            <w:top w:w="0" w:type="dxa"/>
            <w:left w:w="0" w:type="dxa"/>
            <w:bottom w:w="0" w:type="dxa"/>
            <w:right w:w="0" w:type="dxa"/>
          </w:tcMar>
        </w:tcPr>
        <w:p w14:paraId="7E5EE428" w14:textId="77777777" w:rsidR="001E728B" w:rsidRDefault="001E728B" w:rsidP="001E728B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2456E54" wp14:editId="5CA63EB7">
                <wp:simplePos x="0" y="0"/>
                <wp:positionH relativeFrom="column">
                  <wp:posOffset>2390775</wp:posOffset>
                </wp:positionH>
                <wp:positionV relativeFrom="paragraph">
                  <wp:posOffset>-179070</wp:posOffset>
                </wp:positionV>
                <wp:extent cx="612000" cy="612000"/>
                <wp:effectExtent l="0" t="0" r="0" b="0"/>
                <wp:wrapNone/>
                <wp:docPr id="35283008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2E221193" w14:textId="77777777" w:rsidR="001E728B" w:rsidRDefault="001E72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008586">
    <w:abstractNumId w:val="8"/>
  </w:num>
  <w:num w:numId="2" w16cid:durableId="13384951">
    <w:abstractNumId w:val="6"/>
  </w:num>
  <w:num w:numId="3" w16cid:durableId="913969975">
    <w:abstractNumId w:val="5"/>
  </w:num>
  <w:num w:numId="4" w16cid:durableId="873423795">
    <w:abstractNumId w:val="4"/>
  </w:num>
  <w:num w:numId="5" w16cid:durableId="1912889267">
    <w:abstractNumId w:val="7"/>
  </w:num>
  <w:num w:numId="6" w16cid:durableId="1125196517">
    <w:abstractNumId w:val="3"/>
  </w:num>
  <w:num w:numId="7" w16cid:durableId="714811639">
    <w:abstractNumId w:val="2"/>
  </w:num>
  <w:num w:numId="8" w16cid:durableId="975376912">
    <w:abstractNumId w:val="1"/>
  </w:num>
  <w:num w:numId="9" w16cid:durableId="340401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161C"/>
    <w:rsid w:val="001E728B"/>
    <w:rsid w:val="00257F61"/>
    <w:rsid w:val="0029639D"/>
    <w:rsid w:val="00326F90"/>
    <w:rsid w:val="00354860"/>
    <w:rsid w:val="00354AFA"/>
    <w:rsid w:val="00537AC6"/>
    <w:rsid w:val="00873E08"/>
    <w:rsid w:val="00A158D4"/>
    <w:rsid w:val="00AA1D8D"/>
    <w:rsid w:val="00B47730"/>
    <w:rsid w:val="00C02A77"/>
    <w:rsid w:val="00CB0664"/>
    <w:rsid w:val="00CD55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4BE4F3"/>
  <w14:defaultImageDpi w14:val="300"/>
  <w15:docId w15:val="{EB2BE216-0433-4CC8-AF3D-D639C0A1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320" w:line="288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Jose Manuel Brotons</cp:lastModifiedBy>
  <cp:revision>4</cp:revision>
  <dcterms:created xsi:type="dcterms:W3CDTF">2026-10-11T15:31:00Z</dcterms:created>
  <dcterms:modified xsi:type="dcterms:W3CDTF">2026-10-11T15:33:00Z</dcterms:modified>
  <cp:category/>
</cp:coreProperties>
</file>